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6C13CE" w14:textId="0A1C72F1" w:rsidR="00B85B4F" w:rsidRPr="00FA6642" w:rsidRDefault="00B85B4F" w:rsidP="5405E516">
      <w:pPr>
        <w:spacing w:after="80" w:line="240" w:lineRule="auto"/>
        <w:jc w:val="center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B80B90A" w14:textId="22FF281A" w:rsidR="00B85B4F" w:rsidRPr="00FA6642" w:rsidRDefault="002638EC" w:rsidP="5405E516">
      <w:pPr>
        <w:pStyle w:val="Heading1"/>
        <w:spacing w:line="240" w:lineRule="auto"/>
        <w:jc w:val="center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Marvel Day</w:t>
      </w:r>
      <w:r w:rsidR="106B8D20" w:rsidRPr="5405E516">
        <w:rPr>
          <w:rFonts w:ascii="Aptos" w:eastAsia="Aptos" w:hAnsi="Aptos" w:cs="Aptos"/>
          <w:color w:val="000000" w:themeColor="text1"/>
          <w:sz w:val="24"/>
          <w:szCs w:val="24"/>
        </w:rPr>
        <w:t>s</w:t>
      </w: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 xml:space="preserve"> at Sea Fact Sheet</w:t>
      </w:r>
    </w:p>
    <w:p w14:paraId="6447790A" w14:textId="77777777" w:rsidR="00B85B4F" w:rsidRPr="00FA6642" w:rsidRDefault="002638EC" w:rsidP="411EE350">
      <w:pPr>
        <w:pStyle w:val="Heading2"/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Experience Overview</w:t>
      </w:r>
    </w:p>
    <w:p w14:paraId="20F7DE7E" w14:textId="4EF8E8BF" w:rsidR="00FA6642" w:rsidRPr="00FA6642" w:rsidRDefault="3E681885" w:rsidP="5405E516">
      <w:pPr>
        <w:spacing w:after="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67CB11CD">
        <w:rPr>
          <w:rFonts w:ascii="Aptos" w:eastAsia="Aptos" w:hAnsi="Aptos" w:cs="Aptos"/>
          <w:color w:val="000000" w:themeColor="text1"/>
          <w:sz w:val="24"/>
          <w:szCs w:val="24"/>
        </w:rPr>
        <w:t>Marvel Days at</w:t>
      </w:r>
      <w:r w:rsidR="27E53468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Sea </w:t>
      </w:r>
      <w:r w:rsidR="5414C1F5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is a themed celebration featured on select Disney Cruise Line sailings aboard the Disney Magic, immersing guests in the action-packed world of the Marvel Universe. During these limited-time sailings, families, kids, teens and adults can experience thrilling entertainment, character encounters and interactive activities inspired by their favorite </w:t>
      </w:r>
      <w:r w:rsidR="30CC1C9B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Marvel </w:t>
      </w:r>
      <w:proofErr w:type="gramStart"/>
      <w:r w:rsidR="30CC1C9B" w:rsidRPr="67CB11CD">
        <w:rPr>
          <w:rFonts w:ascii="Aptos" w:eastAsia="Aptos" w:hAnsi="Aptos" w:cs="Aptos"/>
          <w:color w:val="000000" w:themeColor="text1"/>
          <w:sz w:val="24"/>
          <w:szCs w:val="24"/>
        </w:rPr>
        <w:t>S</w:t>
      </w:r>
      <w:r w:rsidR="1CDAC92D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uper </w:t>
      </w:r>
      <w:r w:rsidR="2FD0024F" w:rsidRPr="67CB11CD">
        <w:rPr>
          <w:rFonts w:ascii="Aptos" w:eastAsia="Aptos" w:hAnsi="Aptos" w:cs="Aptos"/>
          <w:color w:val="000000" w:themeColor="text1"/>
          <w:sz w:val="24"/>
          <w:szCs w:val="24"/>
        </w:rPr>
        <w:t>H</w:t>
      </w:r>
      <w:r w:rsidR="1CDAC92D" w:rsidRPr="67CB11CD">
        <w:rPr>
          <w:rFonts w:ascii="Aptos" w:eastAsia="Aptos" w:hAnsi="Aptos" w:cs="Aptos"/>
          <w:color w:val="000000" w:themeColor="text1"/>
          <w:sz w:val="24"/>
          <w:szCs w:val="24"/>
        </w:rPr>
        <w:t>eroes</w:t>
      </w:r>
      <w:proofErr w:type="gramEnd"/>
      <w:r w:rsidR="5414C1F5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 and </w:t>
      </w:r>
      <w:r w:rsidR="6A80E25C" w:rsidRPr="67CB11CD">
        <w:rPr>
          <w:rFonts w:ascii="Aptos" w:eastAsia="Aptos" w:hAnsi="Aptos" w:cs="Aptos"/>
          <w:color w:val="000000" w:themeColor="text1"/>
          <w:sz w:val="24"/>
          <w:szCs w:val="24"/>
        </w:rPr>
        <w:t>V</w:t>
      </w:r>
      <w:r w:rsidR="5414C1F5" w:rsidRPr="67CB11CD">
        <w:rPr>
          <w:rFonts w:ascii="Aptos" w:eastAsia="Aptos" w:hAnsi="Aptos" w:cs="Aptos"/>
          <w:color w:val="000000" w:themeColor="text1"/>
          <w:sz w:val="24"/>
          <w:szCs w:val="24"/>
        </w:rPr>
        <w:t>illains. All Marvel Days at Sea entertainment and activities are included in the price of the cruise.</w:t>
      </w:r>
    </w:p>
    <w:p w14:paraId="2060BAB2" w14:textId="61C19467" w:rsidR="00FA6642" w:rsidRPr="00FA6642" w:rsidRDefault="00FA6642" w:rsidP="411EE350">
      <w:pPr>
        <w:spacing w:after="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A4095E4" w14:textId="18476F23" w:rsidR="00B85B4F" w:rsidRPr="00FA6642" w:rsidRDefault="002638EC" w:rsidP="411EE350">
      <w:pPr>
        <w:pStyle w:val="Heading2"/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Ship</w:t>
      </w:r>
      <w:r w:rsidR="00DA2607" w:rsidRPr="5405E516">
        <w:rPr>
          <w:rFonts w:ascii="Aptos" w:eastAsia="Aptos" w:hAnsi="Aptos" w:cs="Aptos"/>
          <w:color w:val="000000" w:themeColor="text1"/>
          <w:sz w:val="24"/>
          <w:szCs w:val="24"/>
        </w:rPr>
        <w:t xml:space="preserve">: </w:t>
      </w:r>
      <w:r w:rsidRPr="5405E516">
        <w:rPr>
          <w:rFonts w:ascii="Aptos" w:eastAsia="Aptos" w:hAnsi="Aptos" w:cs="Aptos"/>
          <w:b w:val="0"/>
          <w:bCs w:val="0"/>
          <w:color w:val="000000" w:themeColor="text1"/>
          <w:sz w:val="24"/>
          <w:szCs w:val="24"/>
        </w:rPr>
        <w:t>Disney Magic</w:t>
      </w:r>
    </w:p>
    <w:p w14:paraId="568C9C36" w14:textId="65845B79" w:rsidR="00B85B4F" w:rsidRPr="00FA6642" w:rsidRDefault="002638EC" w:rsidP="411EE350">
      <w:pPr>
        <w:pStyle w:val="Heading2"/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Home Port</w:t>
      </w:r>
      <w:r w:rsidR="00DA2607" w:rsidRPr="5405E516">
        <w:rPr>
          <w:rFonts w:ascii="Aptos" w:eastAsia="Aptos" w:hAnsi="Aptos" w:cs="Aptos"/>
          <w:color w:val="000000" w:themeColor="text1"/>
          <w:sz w:val="24"/>
          <w:szCs w:val="24"/>
        </w:rPr>
        <w:t xml:space="preserve">: </w:t>
      </w:r>
      <w:r w:rsidRPr="5405E516">
        <w:rPr>
          <w:rFonts w:ascii="Aptos" w:eastAsia="Aptos" w:hAnsi="Aptos" w:cs="Aptos"/>
          <w:b w:val="0"/>
          <w:bCs w:val="0"/>
          <w:color w:val="000000" w:themeColor="text1"/>
          <w:sz w:val="24"/>
          <w:szCs w:val="24"/>
        </w:rPr>
        <w:t>Galveston, Texas</w:t>
      </w:r>
    </w:p>
    <w:p w14:paraId="4FDDFE03" w14:textId="262A55D9" w:rsidR="003D0809" w:rsidRPr="00FA6642" w:rsidRDefault="5946A12F" w:rsidP="5405E516">
      <w:pPr>
        <w:pStyle w:val="Heading2"/>
        <w:spacing w:line="240" w:lineRule="auto"/>
      </w:pPr>
      <w:r w:rsidRPr="2862F8A4">
        <w:rPr>
          <w:rFonts w:ascii="Aptos" w:eastAsia="Aptos" w:hAnsi="Aptos" w:cs="Aptos"/>
          <w:color w:val="000000" w:themeColor="text1"/>
          <w:sz w:val="24"/>
          <w:szCs w:val="24"/>
        </w:rPr>
        <w:t>Eligible Sailings</w:t>
      </w:r>
      <w:r w:rsidR="0E7C7EB9" w:rsidRPr="2862F8A4">
        <w:rPr>
          <w:rFonts w:ascii="Aptos" w:eastAsia="Aptos" w:hAnsi="Aptos" w:cs="Aptos"/>
          <w:color w:val="000000" w:themeColor="text1"/>
          <w:sz w:val="24"/>
          <w:szCs w:val="24"/>
        </w:rPr>
        <w:t xml:space="preserve">: </w:t>
      </w:r>
      <w:r w:rsidR="5CF819B2" w:rsidRPr="2862F8A4">
        <w:rPr>
          <w:rFonts w:ascii="Aptos" w:eastAsia="Aptos" w:hAnsi="Aptos" w:cs="Aptos"/>
          <w:b w:val="0"/>
          <w:bCs w:val="0"/>
          <w:color w:val="000000" w:themeColor="text1"/>
          <w:sz w:val="24"/>
          <w:szCs w:val="24"/>
        </w:rPr>
        <w:t>Marvel Days at Sea is offered on select sailings aboard the Disney Magic departing from Galveston to the Western Caribbean. Availability varies by sailing and itinerary.</w:t>
      </w:r>
    </w:p>
    <w:p w14:paraId="1324BA2E" w14:textId="4823B623" w:rsidR="003D0809" w:rsidRPr="00FA6642" w:rsidRDefault="003D0809" w:rsidP="5405E516">
      <w:pPr>
        <w:pStyle w:val="ListBullet"/>
        <w:numPr>
          <w:ilvl w:val="0"/>
          <w:numId w:val="0"/>
        </w:numPr>
        <w:rPr>
          <w:rFonts w:ascii="Aptos" w:eastAsia="Aptos" w:hAnsi="Aptos" w:cs="Aptos"/>
          <w:sz w:val="24"/>
          <w:szCs w:val="24"/>
        </w:rPr>
      </w:pPr>
    </w:p>
    <w:p w14:paraId="4509E3B0" w14:textId="1AC1AFBD" w:rsidR="003D0809" w:rsidRPr="00FA6642" w:rsidRDefault="003D0809" w:rsidP="411EE350">
      <w:pPr>
        <w:pStyle w:val="ListBullet"/>
        <w:numPr>
          <w:ilvl w:val="0"/>
          <w:numId w:val="0"/>
        </w:numPr>
        <w:spacing w:line="240" w:lineRule="auto"/>
        <w:ind w:left="360" w:hanging="360"/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Heroic Encounters</w:t>
      </w:r>
    </w:p>
    <w:p w14:paraId="45BB6393" w14:textId="20913B06" w:rsidR="512BDE32" w:rsidRDefault="512BDE32" w:rsidP="5405E516">
      <w:pPr>
        <w:spacing w:after="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Guests can meet and interact with a variety of Marvel </w:t>
      </w:r>
      <w:bookmarkStart w:id="0" w:name="_Int_0cj88Xvj"/>
      <w:proofErr w:type="gramStart"/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>Super Heroes</w:t>
      </w:r>
      <w:bookmarkEnd w:id="0"/>
      <w:proofErr w:type="gramEnd"/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 and </w:t>
      </w:r>
      <w:r w:rsidR="531B554D" w:rsidRPr="02BA40C5">
        <w:rPr>
          <w:rFonts w:ascii="Aptos" w:eastAsia="Aptos" w:hAnsi="Aptos" w:cs="Aptos"/>
          <w:color w:val="000000" w:themeColor="text1"/>
          <w:sz w:val="24"/>
          <w:szCs w:val="24"/>
        </w:rPr>
        <w:t>V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>illains during scheduled appearances and photo opportunities across the ship.</w:t>
      </w:r>
    </w:p>
    <w:p w14:paraId="46207FC0" w14:textId="5180F252" w:rsidR="5405E516" w:rsidRDefault="5405E516" w:rsidP="5405E516">
      <w:pPr>
        <w:spacing w:after="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57512A3" w14:textId="529E5E22" w:rsidR="512BDE32" w:rsidRDefault="567BD3EE" w:rsidP="5405E516">
      <w:pPr>
        <w:spacing w:after="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67CB11CD">
        <w:rPr>
          <w:rFonts w:ascii="Aptos" w:eastAsia="Aptos" w:hAnsi="Aptos" w:cs="Aptos"/>
          <w:color w:val="000000" w:themeColor="text1"/>
          <w:sz w:val="24"/>
          <w:szCs w:val="24"/>
        </w:rPr>
        <w:t>Marvel characters may include Spider-Man, Thor, Loki, Black Panther, Captain Marvel, Captain America (Sam Wilson), Captain America (Steve Rogers), Okoye, Star-Lord</w:t>
      </w:r>
      <w:r w:rsidR="29C22335" w:rsidRPr="67CB11CD">
        <w:rPr>
          <w:rFonts w:ascii="Aptos" w:eastAsia="Aptos" w:hAnsi="Aptos" w:cs="Aptos"/>
          <w:color w:val="000000" w:themeColor="text1"/>
          <w:sz w:val="24"/>
          <w:szCs w:val="24"/>
        </w:rPr>
        <w:t>,</w:t>
      </w:r>
      <w:r w:rsidR="0CDE39E9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Pr="67CB11CD">
        <w:rPr>
          <w:rFonts w:ascii="Aptos" w:eastAsia="Aptos" w:hAnsi="Aptos" w:cs="Aptos"/>
          <w:color w:val="000000" w:themeColor="text1"/>
          <w:sz w:val="24"/>
          <w:szCs w:val="24"/>
        </w:rPr>
        <w:t>Gamora and Black Widow, subject to change.</w:t>
      </w:r>
    </w:p>
    <w:p w14:paraId="468FD5D3" w14:textId="6F36A8D2" w:rsidR="5405E516" w:rsidRDefault="5405E516" w:rsidP="5405E516">
      <w:pPr>
        <w:spacing w:after="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C6E07FB" w14:textId="25B7B557" w:rsidR="00B85B4F" w:rsidRPr="00FA6642" w:rsidRDefault="003D0809" w:rsidP="411EE350">
      <w:pPr>
        <w:pStyle w:val="Heading2"/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Thrilling Entertainment</w:t>
      </w:r>
    </w:p>
    <w:p w14:paraId="68153977" w14:textId="4F5ECB16" w:rsidR="41B51DC6" w:rsidRDefault="286FF5A1" w:rsidP="5405E516">
      <w:pPr>
        <w:rPr>
          <w:rFonts w:ascii="Aptos" w:eastAsia="Aptos" w:hAnsi="Aptos" w:cs="Aptos"/>
          <w:sz w:val="24"/>
          <w:szCs w:val="24"/>
        </w:rPr>
      </w:pPr>
      <w:r w:rsidRPr="2911F8A0">
        <w:rPr>
          <w:rFonts w:ascii="Aptos" w:eastAsia="Aptos" w:hAnsi="Aptos" w:cs="Aptos"/>
          <w:sz w:val="24"/>
          <w:szCs w:val="24"/>
        </w:rPr>
        <w:t>Marvel Days at Sea features a lineup of high</w:t>
      </w:r>
      <w:r w:rsidR="1D70742A" w:rsidRPr="2911F8A0">
        <w:rPr>
          <w:rFonts w:ascii="Aptos" w:eastAsia="Aptos" w:hAnsi="Aptos" w:cs="Aptos"/>
          <w:sz w:val="24"/>
          <w:szCs w:val="24"/>
        </w:rPr>
        <w:t xml:space="preserve"> </w:t>
      </w:r>
      <w:r w:rsidRPr="2911F8A0">
        <w:rPr>
          <w:rFonts w:ascii="Aptos" w:eastAsia="Aptos" w:hAnsi="Aptos" w:cs="Aptos"/>
          <w:sz w:val="24"/>
          <w:szCs w:val="24"/>
        </w:rPr>
        <w:t>energy entertainment experiences inspired by the action and adventure of the Marvel Universe.</w:t>
      </w:r>
    </w:p>
    <w:p w14:paraId="762E6D53" w14:textId="4E89934C" w:rsidR="3129F658" w:rsidRDefault="3129F658" w:rsidP="5405E516">
      <w:pP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Experiences may include:</w:t>
      </w:r>
    </w:p>
    <w:p w14:paraId="61FE34B6" w14:textId="1E10E1BB" w:rsidR="3129F658" w:rsidRDefault="3129F658" w:rsidP="5405E51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4DBEA477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Heroes Unite</w:t>
      </w:r>
      <w:r w:rsidRPr="4DBEA477">
        <w:rPr>
          <w:rFonts w:ascii="Aptos" w:eastAsia="Aptos" w:hAnsi="Aptos" w:cs="Aptos"/>
          <w:color w:val="000000" w:themeColor="text1"/>
          <w:sz w:val="24"/>
          <w:szCs w:val="24"/>
        </w:rPr>
        <w:t xml:space="preserve"> — A nighttime spectacular featuring Marvel </w:t>
      </w:r>
      <w:proofErr w:type="gramStart"/>
      <w:r w:rsidRPr="4DBEA477">
        <w:rPr>
          <w:rFonts w:ascii="Aptos" w:eastAsia="Aptos" w:hAnsi="Aptos" w:cs="Aptos"/>
          <w:color w:val="000000" w:themeColor="text1"/>
          <w:sz w:val="24"/>
          <w:szCs w:val="24"/>
        </w:rPr>
        <w:t>Super Heroes</w:t>
      </w:r>
      <w:proofErr w:type="gramEnd"/>
      <w:r w:rsidRPr="4DBEA477">
        <w:rPr>
          <w:rFonts w:ascii="Aptos" w:eastAsia="Aptos" w:hAnsi="Aptos" w:cs="Aptos"/>
          <w:color w:val="000000" w:themeColor="text1"/>
          <w:sz w:val="24"/>
          <w:szCs w:val="24"/>
        </w:rPr>
        <w:t xml:space="preserve"> and </w:t>
      </w:r>
      <w:r w:rsidR="574F492B" w:rsidRPr="4DBEA477">
        <w:rPr>
          <w:rFonts w:ascii="Aptos" w:eastAsia="Aptos" w:hAnsi="Aptos" w:cs="Aptos"/>
          <w:color w:val="000000" w:themeColor="text1"/>
          <w:sz w:val="24"/>
          <w:szCs w:val="24"/>
        </w:rPr>
        <w:t>V</w:t>
      </w:r>
      <w:r w:rsidRPr="4DBEA477">
        <w:rPr>
          <w:rFonts w:ascii="Aptos" w:eastAsia="Aptos" w:hAnsi="Aptos" w:cs="Aptos"/>
          <w:color w:val="000000" w:themeColor="text1"/>
          <w:sz w:val="24"/>
          <w:szCs w:val="24"/>
        </w:rPr>
        <w:t>illains, with stunts, special effects and pyrotechnics</w:t>
      </w:r>
    </w:p>
    <w:p w14:paraId="1B7757F4" w14:textId="441D094C" w:rsidR="3129F658" w:rsidRDefault="3129F658" w:rsidP="5405E51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67CB11C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Warriors of Wakanda Show</w:t>
      </w:r>
      <w:r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 — A live performance </w:t>
      </w:r>
      <w:r w:rsidR="7A92BF61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featuring Okoye, the noble General of the Dora Milaje, where recruits gather in the atrium to learn </w:t>
      </w:r>
      <w:r w:rsidR="7A92BF61" w:rsidRPr="67CB11CD">
        <w:rPr>
          <w:rFonts w:ascii="Aptos" w:eastAsia="Aptos" w:hAnsi="Aptos" w:cs="Aptos"/>
          <w:color w:val="000000" w:themeColor="text1"/>
          <w:sz w:val="24"/>
          <w:szCs w:val="24"/>
        </w:rPr>
        <w:lastRenderedPageBreak/>
        <w:t>what it takes to train alongside Wakanda’s elite warriors in an exciting, family-friendly experience.</w:t>
      </w:r>
    </w:p>
    <w:p w14:paraId="7942BB86" w14:textId="4147524B" w:rsidR="3129F658" w:rsidRDefault="3C22DD96" w:rsidP="5405E51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2911F8A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Star-Spangled Musical Revue</w:t>
      </w:r>
      <w:r w:rsidRPr="2911F8A0">
        <w:rPr>
          <w:rFonts w:ascii="Aptos" w:eastAsia="Aptos" w:hAnsi="Aptos" w:cs="Aptos"/>
          <w:color w:val="000000" w:themeColor="text1"/>
          <w:sz w:val="24"/>
          <w:szCs w:val="24"/>
        </w:rPr>
        <w:t xml:space="preserve"> — A high</w:t>
      </w:r>
      <w:r w:rsidR="11078953" w:rsidRPr="2911F8A0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Pr="2911F8A0">
        <w:rPr>
          <w:rFonts w:ascii="Aptos" w:eastAsia="Aptos" w:hAnsi="Aptos" w:cs="Aptos"/>
          <w:color w:val="000000" w:themeColor="text1"/>
          <w:sz w:val="24"/>
          <w:szCs w:val="24"/>
        </w:rPr>
        <w:t>energy tribute to Captain America with vintage-inspired song and dance</w:t>
      </w:r>
    </w:p>
    <w:p w14:paraId="65CB0974" w14:textId="40AC76FA" w:rsidR="3129F658" w:rsidRDefault="5A06FCED" w:rsidP="5405E51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02BA40C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Mickey &amp; Minnie’s </w:t>
      </w:r>
      <w:proofErr w:type="gramStart"/>
      <w:r w:rsidRPr="02BA40C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Super Hero</w:t>
      </w:r>
      <w:proofErr w:type="gramEnd"/>
      <w:r w:rsidRPr="02BA40C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 Celebration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 — A character party featuring Mickey Mouse, Minnie Mouse and friends dressed </w:t>
      </w:r>
      <w:r w:rsidR="3E7C1577" w:rsidRPr="02BA40C5">
        <w:rPr>
          <w:rFonts w:ascii="Aptos" w:eastAsia="Aptos" w:hAnsi="Aptos" w:cs="Aptos"/>
          <w:color w:val="000000" w:themeColor="text1"/>
          <w:sz w:val="24"/>
          <w:szCs w:val="24"/>
        </w:rPr>
        <w:t>in attire inspired by their favorite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 Marvel </w:t>
      </w:r>
      <w:proofErr w:type="gramStart"/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>Super Heroes</w:t>
      </w:r>
      <w:proofErr w:type="gramEnd"/>
    </w:p>
    <w:p w14:paraId="4F6729A6" w14:textId="6CAC0D08" w:rsidR="5405E516" w:rsidRDefault="5405E516" w:rsidP="5405E516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9A61C80" w14:textId="28BAA8B4" w:rsidR="003D0809" w:rsidRPr="00FA6642" w:rsidRDefault="7F24BA65" w:rsidP="411EE350">
      <w:pPr>
        <w:spacing w:line="240" w:lineRule="auto"/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</w:pPr>
      <w:r w:rsidRPr="67CB11C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Action-</w:t>
      </w:r>
      <w:r w:rsidR="34B34931" w:rsidRPr="67CB11C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P</w:t>
      </w:r>
      <w:r w:rsidRPr="67CB11C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acked Activities</w:t>
      </w:r>
    </w:p>
    <w:p w14:paraId="1EACCE9C" w14:textId="24F22A21" w:rsidR="2ED115B7" w:rsidRDefault="041DF540" w:rsidP="5405E516">
      <w:pP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2911F8A0">
        <w:rPr>
          <w:rFonts w:ascii="Aptos" w:eastAsia="Aptos" w:hAnsi="Aptos" w:cs="Aptos"/>
          <w:color w:val="000000" w:themeColor="text1"/>
          <w:sz w:val="24"/>
          <w:szCs w:val="24"/>
        </w:rPr>
        <w:t>A variety of Marvel</w:t>
      </w:r>
      <w:r w:rsidR="671405AB" w:rsidRPr="2911F8A0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Pr="2911F8A0">
        <w:rPr>
          <w:rFonts w:ascii="Aptos" w:eastAsia="Aptos" w:hAnsi="Aptos" w:cs="Aptos"/>
          <w:color w:val="000000" w:themeColor="text1"/>
          <w:sz w:val="24"/>
          <w:szCs w:val="24"/>
        </w:rPr>
        <w:t>themed activities are offered throughout the sailing, designed to engage guests of all ages.</w:t>
      </w:r>
    </w:p>
    <w:p w14:paraId="7038D836" w14:textId="5A312707" w:rsidR="7FC99F13" w:rsidRDefault="7FC99F13" w:rsidP="5405E516">
      <w:pPr>
        <w:spacing w:before="210" w:after="210" w:line="30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Activities may include:</w:t>
      </w:r>
    </w:p>
    <w:p w14:paraId="0D6F83B4" w14:textId="08960CA4" w:rsidR="7FC99F13" w:rsidRDefault="7FC99F13" w:rsidP="5405E516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2BA40C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Costume Fun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 — Guests can dress as their favorite Marvel </w:t>
      </w:r>
      <w:proofErr w:type="gramStart"/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>Super Heroes</w:t>
      </w:r>
      <w:proofErr w:type="gramEnd"/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 or </w:t>
      </w:r>
      <w:r w:rsidR="3751F35F" w:rsidRPr="02BA40C5">
        <w:rPr>
          <w:rFonts w:ascii="Aptos" w:eastAsia="Aptos" w:hAnsi="Aptos" w:cs="Aptos"/>
          <w:color w:val="000000" w:themeColor="text1"/>
          <w:sz w:val="24"/>
          <w:szCs w:val="24"/>
        </w:rPr>
        <w:t>V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>illains</w:t>
      </w:r>
    </w:p>
    <w:p w14:paraId="25E08382" w14:textId="7951E430" w:rsidR="7FC99F13" w:rsidRDefault="42E04FC1" w:rsidP="5405E516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2BA40C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Movie Screenings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 — Marvel </w:t>
      </w:r>
      <w:r w:rsidR="37DF299E"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Studios 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>films shown in the Buena Vista Theatre and on deck</w:t>
      </w:r>
    </w:p>
    <w:p w14:paraId="10965C09" w14:textId="7E4656E2" w:rsidR="7FC99F13" w:rsidRDefault="7FC99F13" w:rsidP="5405E516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Kids Activities</w:t>
      </w: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 xml:space="preserve"> — Interactive training experiences for young recruits</w:t>
      </w:r>
    </w:p>
    <w:p w14:paraId="67E8ACAE" w14:textId="529B0D8F" w:rsidR="7FC99F13" w:rsidRDefault="7FC99F13" w:rsidP="5405E516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344E56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Funnel Vision</w:t>
      </w:r>
      <w:r w:rsidRPr="12344E56">
        <w:rPr>
          <w:rFonts w:ascii="Aptos" w:eastAsia="Aptos" w:hAnsi="Aptos" w:cs="Aptos"/>
          <w:color w:val="000000" w:themeColor="text1"/>
          <w:sz w:val="24"/>
          <w:szCs w:val="24"/>
        </w:rPr>
        <w:t xml:space="preserve"> — Open-air screenings of Marvel </w:t>
      </w:r>
      <w:r w:rsidR="2B6CC888" w:rsidRPr="12344E56">
        <w:rPr>
          <w:rFonts w:ascii="Aptos" w:eastAsia="Aptos" w:hAnsi="Aptos" w:cs="Aptos"/>
          <w:color w:val="000000" w:themeColor="text1"/>
          <w:sz w:val="24"/>
          <w:szCs w:val="24"/>
        </w:rPr>
        <w:t>A</w:t>
      </w:r>
      <w:r w:rsidRPr="12344E56">
        <w:rPr>
          <w:rFonts w:ascii="Aptos" w:eastAsia="Aptos" w:hAnsi="Aptos" w:cs="Aptos"/>
          <w:color w:val="000000" w:themeColor="text1"/>
          <w:sz w:val="24"/>
          <w:szCs w:val="24"/>
        </w:rPr>
        <w:t>nimated series</w:t>
      </w:r>
    </w:p>
    <w:p w14:paraId="5B7C5D83" w14:textId="656F4A27" w:rsidR="7FC99F13" w:rsidRDefault="7FC99F13" w:rsidP="5405E516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67CB11C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Marvel </w:t>
      </w:r>
      <w:r w:rsidR="3496CEAE" w:rsidRPr="67CB11C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101</w:t>
      </w:r>
      <w:r w:rsidRPr="67CB11CD">
        <w:rPr>
          <w:rFonts w:ascii="Aptos" w:eastAsia="Aptos" w:hAnsi="Aptos" w:cs="Aptos"/>
          <w:color w:val="000000" w:themeColor="text1"/>
          <w:sz w:val="24"/>
          <w:szCs w:val="24"/>
        </w:rPr>
        <w:t>— An interactive session exploring the Marvel Universe</w:t>
      </w:r>
    </w:p>
    <w:p w14:paraId="0FF0264C" w14:textId="548878F7" w:rsidR="7FC99F13" w:rsidRDefault="7FC99F13" w:rsidP="5405E516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2BA40C5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Family Trivia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 — Games designed to test knowledge of Marvel </w:t>
      </w:r>
      <w:proofErr w:type="gramStart"/>
      <w:r w:rsidR="5A9E39D1" w:rsidRPr="02BA40C5">
        <w:rPr>
          <w:rFonts w:ascii="Aptos" w:eastAsia="Aptos" w:hAnsi="Aptos" w:cs="Aptos"/>
          <w:color w:val="000000" w:themeColor="text1"/>
          <w:sz w:val="24"/>
          <w:szCs w:val="24"/>
        </w:rPr>
        <w:t>Super H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>eroes</w:t>
      </w:r>
      <w:proofErr w:type="gramEnd"/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 xml:space="preserve"> and </w:t>
      </w:r>
      <w:r w:rsidR="5CC5ECE3" w:rsidRPr="02BA40C5">
        <w:rPr>
          <w:rFonts w:ascii="Aptos" w:eastAsia="Aptos" w:hAnsi="Aptos" w:cs="Aptos"/>
          <w:color w:val="000000" w:themeColor="text1"/>
          <w:sz w:val="24"/>
          <w:szCs w:val="24"/>
        </w:rPr>
        <w:t>V</w:t>
      </w:r>
      <w:r w:rsidRPr="02BA40C5">
        <w:rPr>
          <w:rFonts w:ascii="Aptos" w:eastAsia="Aptos" w:hAnsi="Aptos" w:cs="Aptos"/>
          <w:color w:val="000000" w:themeColor="text1"/>
          <w:sz w:val="24"/>
          <w:szCs w:val="24"/>
        </w:rPr>
        <w:t>illains</w:t>
      </w:r>
    </w:p>
    <w:p w14:paraId="1305A7A1" w14:textId="4B543349" w:rsidR="7FC99F13" w:rsidRDefault="6222FD23" w:rsidP="5405E516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67CB11C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Comic</w:t>
      </w:r>
      <w:r w:rsidR="7FC99F13" w:rsidRPr="67CB11C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 Academy</w:t>
      </w:r>
      <w:r w:rsidR="7FC99F13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 — Learn to draw Marvel </w:t>
      </w:r>
      <w:proofErr w:type="gramStart"/>
      <w:r w:rsidR="7FC99F13" w:rsidRPr="67CB11CD">
        <w:rPr>
          <w:rFonts w:ascii="Aptos" w:eastAsia="Aptos" w:hAnsi="Aptos" w:cs="Aptos"/>
          <w:color w:val="000000" w:themeColor="text1"/>
          <w:sz w:val="24"/>
          <w:szCs w:val="24"/>
        </w:rPr>
        <w:t>Super Heroes</w:t>
      </w:r>
      <w:proofErr w:type="gramEnd"/>
      <w:r w:rsidR="7FC99F13" w:rsidRPr="67CB11CD">
        <w:rPr>
          <w:rFonts w:ascii="Aptos" w:eastAsia="Aptos" w:hAnsi="Aptos" w:cs="Aptos"/>
          <w:color w:val="000000" w:themeColor="text1"/>
          <w:sz w:val="24"/>
          <w:szCs w:val="24"/>
        </w:rPr>
        <w:t xml:space="preserve"> like Spider-Man, Captain America and Groot</w:t>
      </w:r>
    </w:p>
    <w:p w14:paraId="16628314" w14:textId="022808D1" w:rsidR="5405E516" w:rsidRDefault="5405E516" w:rsidP="5405E516">
      <w:pP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B4EA1BD" w14:textId="5A7449CC" w:rsidR="00B85B4F" w:rsidRPr="00FA6642" w:rsidRDefault="002638EC" w:rsidP="411EE350">
      <w:pPr>
        <w:pStyle w:val="Heading2"/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Dining</w:t>
      </w:r>
      <w:r w:rsidR="00DA2607" w:rsidRPr="5405E516">
        <w:rPr>
          <w:rFonts w:ascii="Aptos" w:eastAsia="Aptos" w:hAnsi="Aptos" w:cs="Aptos"/>
          <w:color w:val="000000" w:themeColor="text1"/>
          <w:sz w:val="24"/>
          <w:szCs w:val="24"/>
        </w:rPr>
        <w:t>, Activities</w:t>
      </w: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 xml:space="preserve"> &amp; Onboard Experience</w:t>
      </w:r>
    </w:p>
    <w:p w14:paraId="348F4661" w14:textId="0F4B7C15" w:rsidR="76265F92" w:rsidRDefault="76265F92" w:rsidP="5405E516">
      <w:pPr>
        <w:spacing w:after="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5405E516">
        <w:rPr>
          <w:rFonts w:ascii="Aptos" w:eastAsia="Aptos" w:hAnsi="Aptos" w:cs="Aptos"/>
          <w:color w:val="000000" w:themeColor="text1"/>
          <w:sz w:val="24"/>
          <w:szCs w:val="24"/>
        </w:rPr>
        <w:t>Marvel-inspired experiences are featured throughout the sailing, complementing Disney Cruise Line’s rotational dining, themed entertainment and immersive onboard offerings.</w:t>
      </w:r>
    </w:p>
    <w:p w14:paraId="60597A12" w14:textId="77777777" w:rsidR="00C20D73" w:rsidRPr="00FA6642" w:rsidRDefault="00C20D73" w:rsidP="411EE350">
      <w:pPr>
        <w:pStyle w:val="ListBullet"/>
        <w:numPr>
          <w:ilvl w:val="0"/>
          <w:numId w:val="0"/>
        </w:numPr>
        <w:spacing w:line="240" w:lineRule="auto"/>
        <w:ind w:left="36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1C9834A" w14:textId="346B682A" w:rsidR="00B85B4F" w:rsidRPr="00FA6642" w:rsidRDefault="002638EC" w:rsidP="411EE350">
      <w:pPr>
        <w:pStyle w:val="ListBullet"/>
        <w:numPr>
          <w:ilvl w:val="0"/>
          <w:numId w:val="0"/>
        </w:numPr>
        <w:spacing w:line="240" w:lineRule="auto"/>
        <w:ind w:left="360" w:hanging="360"/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</w:pPr>
      <w:r w:rsidRPr="2862F8A4">
        <w:rPr>
          <w:rFonts w:ascii="Aptos" w:eastAsia="Aptos" w:hAnsi="Aptos" w:cs="Aptos"/>
          <w:color w:val="000000" w:themeColor="text1"/>
          <w:sz w:val="24"/>
          <w:szCs w:val="24"/>
        </w:rPr>
        <w:t>For more information or to book, visit</w:t>
      </w:r>
      <w:r w:rsidRPr="2862F8A4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 </w:t>
      </w:r>
      <w:hyperlink r:id="rId11">
        <w:r w:rsidR="00B85B4F" w:rsidRPr="2862F8A4">
          <w:rPr>
            <w:rStyle w:val="Hyperlink"/>
            <w:rFonts w:ascii="Aptos" w:eastAsia="Aptos" w:hAnsi="Aptos" w:cs="Aptos"/>
            <w:b/>
            <w:bCs/>
            <w:sz w:val="24"/>
            <w:szCs w:val="24"/>
          </w:rPr>
          <w:t>DisneyCruise.com</w:t>
        </w:r>
      </w:hyperlink>
      <w:r w:rsidR="00230B34" w:rsidRPr="2862F8A4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sectPr w:rsidR="00B85B4F" w:rsidRPr="00FA6642" w:rsidSect="001E644B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C62490" w14:textId="77777777" w:rsidR="00257EF1" w:rsidRDefault="00257EF1" w:rsidP="00244CA9">
      <w:pPr>
        <w:spacing w:after="0" w:line="240" w:lineRule="auto"/>
      </w:pPr>
      <w:r>
        <w:separator/>
      </w:r>
    </w:p>
  </w:endnote>
  <w:endnote w:type="continuationSeparator" w:id="0">
    <w:p w14:paraId="58E6FCAB" w14:textId="77777777" w:rsidR="00257EF1" w:rsidRDefault="00257EF1" w:rsidP="0024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8850B1" w14:textId="77777777" w:rsidR="00257EF1" w:rsidRDefault="00257EF1" w:rsidP="00244CA9">
      <w:pPr>
        <w:spacing w:after="0" w:line="240" w:lineRule="auto"/>
      </w:pPr>
      <w:r>
        <w:separator/>
      </w:r>
    </w:p>
  </w:footnote>
  <w:footnote w:type="continuationSeparator" w:id="0">
    <w:p w14:paraId="3D838019" w14:textId="77777777" w:rsidR="00257EF1" w:rsidRDefault="00257EF1" w:rsidP="00244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5487D0" w14:textId="54C5C3EB" w:rsidR="00244CA9" w:rsidRDefault="00244CA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F9EA29" wp14:editId="777FDFAA">
          <wp:simplePos x="0" y="0"/>
          <wp:positionH relativeFrom="column">
            <wp:posOffset>-1760782</wp:posOffset>
          </wp:positionH>
          <wp:positionV relativeFrom="paragraph">
            <wp:posOffset>-436652</wp:posOffset>
          </wp:positionV>
          <wp:extent cx="8384841" cy="1263722"/>
          <wp:effectExtent l="0" t="0" r="0" b="6350"/>
          <wp:wrapSquare wrapText="bothSides"/>
          <wp:docPr id="16603539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35398" name="Picture 1660353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9280" cy="12658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0cj88Xvj" int2:invalidationBookmarkName="" int2:hashCode="+JIH6fAMkOWGrq" int2:id="a5icZGzA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FC09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422979"/>
    <w:multiLevelType w:val="hybridMultilevel"/>
    <w:tmpl w:val="9A764006"/>
    <w:lvl w:ilvl="0" w:tplc="A9408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2EE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22AF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4A1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04C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1AC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A28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CABD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E6D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CCEFF"/>
    <w:multiLevelType w:val="hybridMultilevel"/>
    <w:tmpl w:val="4EA47CC0"/>
    <w:lvl w:ilvl="0" w:tplc="59E05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8888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622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5A1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E802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E07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ACA9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CAA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3AE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B5317"/>
    <w:multiLevelType w:val="multilevel"/>
    <w:tmpl w:val="DB2A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36F1B"/>
    <w:multiLevelType w:val="hybridMultilevel"/>
    <w:tmpl w:val="7C540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A866AA"/>
    <w:multiLevelType w:val="hybridMultilevel"/>
    <w:tmpl w:val="B64E6090"/>
    <w:lvl w:ilvl="0" w:tplc="D72C2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C8AD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9BAE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5A37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CF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6A4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12E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62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E28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64609"/>
    <w:multiLevelType w:val="hybridMultilevel"/>
    <w:tmpl w:val="1E34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40DE2"/>
    <w:multiLevelType w:val="hybridMultilevel"/>
    <w:tmpl w:val="AB5EA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186141">
    <w:abstractNumId w:val="10"/>
  </w:num>
  <w:num w:numId="2" w16cid:durableId="1494251022">
    <w:abstractNumId w:val="9"/>
  </w:num>
  <w:num w:numId="3" w16cid:durableId="263878749">
    <w:abstractNumId w:val="13"/>
  </w:num>
  <w:num w:numId="4" w16cid:durableId="1359962444">
    <w:abstractNumId w:val="8"/>
  </w:num>
  <w:num w:numId="5" w16cid:durableId="1199123021">
    <w:abstractNumId w:val="6"/>
  </w:num>
  <w:num w:numId="6" w16cid:durableId="1823890321">
    <w:abstractNumId w:val="5"/>
  </w:num>
  <w:num w:numId="7" w16cid:durableId="2134326819">
    <w:abstractNumId w:val="4"/>
  </w:num>
  <w:num w:numId="8" w16cid:durableId="2047870622">
    <w:abstractNumId w:val="7"/>
  </w:num>
  <w:num w:numId="9" w16cid:durableId="1467434761">
    <w:abstractNumId w:val="3"/>
  </w:num>
  <w:num w:numId="10" w16cid:durableId="2075001522">
    <w:abstractNumId w:val="2"/>
  </w:num>
  <w:num w:numId="11" w16cid:durableId="1360593345">
    <w:abstractNumId w:val="1"/>
  </w:num>
  <w:num w:numId="12" w16cid:durableId="452410541">
    <w:abstractNumId w:val="0"/>
  </w:num>
  <w:num w:numId="13" w16cid:durableId="30033608">
    <w:abstractNumId w:val="11"/>
  </w:num>
  <w:num w:numId="14" w16cid:durableId="563183188">
    <w:abstractNumId w:val="12"/>
  </w:num>
  <w:num w:numId="15" w16cid:durableId="1667706045">
    <w:abstractNumId w:val="15"/>
  </w:num>
  <w:num w:numId="16" w16cid:durableId="2083747290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7CC"/>
    <w:rsid w:val="00034616"/>
    <w:rsid w:val="0006063C"/>
    <w:rsid w:val="0015074B"/>
    <w:rsid w:val="001E644B"/>
    <w:rsid w:val="00206F84"/>
    <w:rsid w:val="00230B34"/>
    <w:rsid w:val="00244CA9"/>
    <w:rsid w:val="00257EF1"/>
    <w:rsid w:val="002638EC"/>
    <w:rsid w:val="0029639D"/>
    <w:rsid w:val="00326F90"/>
    <w:rsid w:val="003D0809"/>
    <w:rsid w:val="004171D6"/>
    <w:rsid w:val="00561738"/>
    <w:rsid w:val="005C0905"/>
    <w:rsid w:val="00772A08"/>
    <w:rsid w:val="00AA1D8D"/>
    <w:rsid w:val="00B47730"/>
    <w:rsid w:val="00B85B4F"/>
    <w:rsid w:val="00BA2F2D"/>
    <w:rsid w:val="00C20D73"/>
    <w:rsid w:val="00CA2BE6"/>
    <w:rsid w:val="00CB0664"/>
    <w:rsid w:val="00DA2607"/>
    <w:rsid w:val="00E16AA8"/>
    <w:rsid w:val="00EA4002"/>
    <w:rsid w:val="00ED46C2"/>
    <w:rsid w:val="00F616F9"/>
    <w:rsid w:val="00F70E0E"/>
    <w:rsid w:val="00FA6642"/>
    <w:rsid w:val="00FC693F"/>
    <w:rsid w:val="02A37B0A"/>
    <w:rsid w:val="02BA40C5"/>
    <w:rsid w:val="02BE4D21"/>
    <w:rsid w:val="0306E7FC"/>
    <w:rsid w:val="03EA31D7"/>
    <w:rsid w:val="041DF540"/>
    <w:rsid w:val="047AF1FC"/>
    <w:rsid w:val="07E30D7D"/>
    <w:rsid w:val="0814780C"/>
    <w:rsid w:val="08EE8F6A"/>
    <w:rsid w:val="0BEBFF49"/>
    <w:rsid w:val="0BFBA4D4"/>
    <w:rsid w:val="0CC97A60"/>
    <w:rsid w:val="0CDE39E9"/>
    <w:rsid w:val="0E7C7EB9"/>
    <w:rsid w:val="0EDDA2DE"/>
    <w:rsid w:val="0F5C94C1"/>
    <w:rsid w:val="106B8D20"/>
    <w:rsid w:val="10FB37ED"/>
    <w:rsid w:val="11078953"/>
    <w:rsid w:val="114AD5E7"/>
    <w:rsid w:val="11A49A12"/>
    <w:rsid w:val="11F61661"/>
    <w:rsid w:val="12344E56"/>
    <w:rsid w:val="130870D1"/>
    <w:rsid w:val="13206C54"/>
    <w:rsid w:val="144A609A"/>
    <w:rsid w:val="195EA71B"/>
    <w:rsid w:val="19727E8E"/>
    <w:rsid w:val="19C048F0"/>
    <w:rsid w:val="1BFA5EDE"/>
    <w:rsid w:val="1CDAC92D"/>
    <w:rsid w:val="1D70742A"/>
    <w:rsid w:val="1E488D88"/>
    <w:rsid w:val="2006CAA6"/>
    <w:rsid w:val="22F4C480"/>
    <w:rsid w:val="247DAEC9"/>
    <w:rsid w:val="24D707F3"/>
    <w:rsid w:val="25337B82"/>
    <w:rsid w:val="25542C0F"/>
    <w:rsid w:val="25696254"/>
    <w:rsid w:val="27E53468"/>
    <w:rsid w:val="27E7AF47"/>
    <w:rsid w:val="2842BC7A"/>
    <w:rsid w:val="2862F8A4"/>
    <w:rsid w:val="286FF5A1"/>
    <w:rsid w:val="2911F8A0"/>
    <w:rsid w:val="29C22335"/>
    <w:rsid w:val="2B6CC888"/>
    <w:rsid w:val="2BAB11E3"/>
    <w:rsid w:val="2BEB4784"/>
    <w:rsid w:val="2E8889A3"/>
    <w:rsid w:val="2ED115B7"/>
    <w:rsid w:val="2FC627E1"/>
    <w:rsid w:val="2FD0024F"/>
    <w:rsid w:val="3011CAC5"/>
    <w:rsid w:val="30CC1C9B"/>
    <w:rsid w:val="3129F658"/>
    <w:rsid w:val="33F72506"/>
    <w:rsid w:val="3496CEAE"/>
    <w:rsid w:val="34B34931"/>
    <w:rsid w:val="352D2884"/>
    <w:rsid w:val="373CD97A"/>
    <w:rsid w:val="3751F35F"/>
    <w:rsid w:val="37AB8FCB"/>
    <w:rsid w:val="37DF299E"/>
    <w:rsid w:val="3A7C6532"/>
    <w:rsid w:val="3A82BCA8"/>
    <w:rsid w:val="3C22DD96"/>
    <w:rsid w:val="3C8F72E4"/>
    <w:rsid w:val="3DD12E82"/>
    <w:rsid w:val="3E681885"/>
    <w:rsid w:val="3E7C1577"/>
    <w:rsid w:val="411EE350"/>
    <w:rsid w:val="41655906"/>
    <w:rsid w:val="41B51DC6"/>
    <w:rsid w:val="41FEEF9D"/>
    <w:rsid w:val="42B3AB04"/>
    <w:rsid w:val="42E04FC1"/>
    <w:rsid w:val="436F508B"/>
    <w:rsid w:val="442725C1"/>
    <w:rsid w:val="451C49F4"/>
    <w:rsid w:val="489AD5FA"/>
    <w:rsid w:val="4DBEA477"/>
    <w:rsid w:val="4EA90331"/>
    <w:rsid w:val="4F809D7B"/>
    <w:rsid w:val="4FCD57D6"/>
    <w:rsid w:val="50389512"/>
    <w:rsid w:val="5043EFA4"/>
    <w:rsid w:val="512BDE32"/>
    <w:rsid w:val="531B554D"/>
    <w:rsid w:val="5405E516"/>
    <w:rsid w:val="5414C1F5"/>
    <w:rsid w:val="55C52666"/>
    <w:rsid w:val="567BD3EE"/>
    <w:rsid w:val="574F492B"/>
    <w:rsid w:val="57B244D1"/>
    <w:rsid w:val="586630B7"/>
    <w:rsid w:val="5946A12F"/>
    <w:rsid w:val="5A06FCED"/>
    <w:rsid w:val="5A9E39D1"/>
    <w:rsid w:val="5B963311"/>
    <w:rsid w:val="5C7FC2C1"/>
    <w:rsid w:val="5CC5ECE3"/>
    <w:rsid w:val="5CF819B2"/>
    <w:rsid w:val="5D8302B2"/>
    <w:rsid w:val="5F4D55F3"/>
    <w:rsid w:val="5F89EDB9"/>
    <w:rsid w:val="6031B1B6"/>
    <w:rsid w:val="6082AA5F"/>
    <w:rsid w:val="6205D295"/>
    <w:rsid w:val="6222FD23"/>
    <w:rsid w:val="630BBAFE"/>
    <w:rsid w:val="671405AB"/>
    <w:rsid w:val="67CB11CD"/>
    <w:rsid w:val="69036D49"/>
    <w:rsid w:val="690B9A34"/>
    <w:rsid w:val="6A80E25C"/>
    <w:rsid w:val="6A9DD4E9"/>
    <w:rsid w:val="6AE23459"/>
    <w:rsid w:val="7023D371"/>
    <w:rsid w:val="728FA633"/>
    <w:rsid w:val="735FE4ED"/>
    <w:rsid w:val="752182B6"/>
    <w:rsid w:val="76265F92"/>
    <w:rsid w:val="76A15FEF"/>
    <w:rsid w:val="780BDCA5"/>
    <w:rsid w:val="7A92BF61"/>
    <w:rsid w:val="7ACC0F6F"/>
    <w:rsid w:val="7BE45CE9"/>
    <w:rsid w:val="7D24672D"/>
    <w:rsid w:val="7E3B7080"/>
    <w:rsid w:val="7EC5B7F5"/>
    <w:rsid w:val="7F24BA65"/>
    <w:rsid w:val="7FC99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01A571"/>
  <w14:defaultImageDpi w14:val="300"/>
  <w15:docId w15:val="{82BE8D56-29AE-244A-9F2A-809E90E5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D0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D0809"/>
  </w:style>
  <w:style w:type="character" w:styleId="Hyperlink">
    <w:name w:val="Hyperlink"/>
    <w:basedOn w:val="DefaultParagraphFont"/>
    <w:uiPriority w:val="99"/>
    <w:unhideWhenUsed/>
    <w:rsid w:val="00F616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16F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411EE350"/>
    <w:rPr>
      <w:rFonts w:asciiTheme="minorHAnsi" w:eastAsiaTheme="minorEastAsia" w:hAnsiTheme="minorHAnsi" w:cstheme="minorBidi"/>
      <w:sz w:val="24"/>
      <w:szCs w:val="24"/>
    </w:rPr>
  </w:style>
  <w:style w:type="paragraph" w:customStyle="1" w:styleId="paragraph">
    <w:name w:val="paragraph"/>
    <w:basedOn w:val="Normal"/>
    <w:uiPriority w:val="1"/>
    <w:rsid w:val="411EE350"/>
    <w:pPr>
      <w:spacing w:beforeAutospacing="1" w:afterAutospacing="1" w:line="240" w:lineRule="auto"/>
    </w:pPr>
    <w:rPr>
      <w:sz w:val="24"/>
      <w:szCs w:val="24"/>
    </w:rPr>
  </w:style>
  <w:style w:type="character" w:customStyle="1" w:styleId="eop">
    <w:name w:val="eop"/>
    <w:basedOn w:val="DefaultParagraphFont"/>
    <w:uiPriority w:val="1"/>
    <w:rsid w:val="411EE350"/>
    <w:rPr>
      <w:rFonts w:asciiTheme="minorHAnsi" w:eastAsiaTheme="minorEastAsia" w:hAnsiTheme="minorHAnsi" w:cstheme="minorBidi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E64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isneycruise.disney.go.com/onboard-activities/marvel-day-at-sea/?ef_id=Cj0KCQjw4a3OBhCHARIsAChaqJMH37kFkgQ1IetEofp425Fd_efCyf7sZrlOPbu08Wasae4KsBOb_6MaAmhEEALw_wcB:G:s&amp;s_kwcid=AL!5050!3!697641987020!e!!g!!marvel%20day%20at%20sea!685384988!132643917550&amp;CMP=KNC-FY26_DCL_TRA_DOM_CDOM_CBK_MDAS_MDASjj%7CG%7C5263700.CL.AM.01.02%7CMWNG0GL%7CBR%7C697641987020&amp;keyword_id=kwd-454801876981%7Cdc%7Cmarvel%20day%20at%20sea%7C697641987020%7Ce%7C5050:3%7C&amp;gad_source=1&amp;gad_campaignid=685384988&amp;gbraid=0AAAAAD_M-kaCVZVE0vW_iglvQwMJ3y33H&amp;gclid=Cj0KCQjw4a3OBhCHARIsAChaqJMH37kFkgQ1IetEofp425Fd_efCyf7sZrlOPbu08Wasae4KsBOb_6MaAmhEEALw_wcB" TargetMode="Externa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C1F45B5E-CCCE-49D6-A41B-18CA27B65F93}">
    <t:Anchor>
      <t:Comment id="839187864"/>
    </t:Anchor>
    <t:History>
      <t:Event id="{919C73D5-2D4B-486D-B34A-98E377FA8190}" time="2026-05-15T20:26:21.366Z">
        <t:Attribution userId="S::paula.machado@disney.com::a4258a54-d338-48ca-8866-1e6864cd9eb9" userProvider="AD" userName="Machado, Paula"/>
        <t:Anchor>
          <t:Comment id="839187864"/>
        </t:Anchor>
        <t:Create/>
      </t:Event>
      <t:Event id="{6599CA23-CDD8-4E13-A046-DD16EF77E717}" time="2026-05-15T20:26:21.366Z">
        <t:Attribution userId="S::paula.machado@disney.com::a4258a54-d338-48ca-8866-1e6864cd9eb9" userProvider="AD" userName="Machado, Paula"/>
        <t:Anchor>
          <t:Comment id="839187864"/>
        </t:Anchor>
        <t:Assign userId="S::Allie.Bond@disney.com::23b452ad-31d3-4b56-9e07-171ae37d9b85" userProvider="AD" userName="Bond, Allie"/>
      </t:Event>
      <t:Event id="{60064DF0-ABC0-4D6C-82AA-9A3EEC4B2D7C}" time="2026-05-15T20:26:21.366Z">
        <t:Attribution userId="S::paula.machado@disney.com::a4258a54-d338-48ca-8866-1e6864cd9eb9" userProvider="AD" userName="Machado, Paula"/>
        <t:Anchor>
          <t:Comment id="839187864"/>
        </t:Anchor>
        <t:SetTitle title="@Bond, Allie needs updating with new day&quot;s&quot;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54f54-e5bb-4349-9a1f-d21618891112">
      <Terms xmlns="http://schemas.microsoft.com/office/infopath/2007/PartnerControls"/>
    </lcf76f155ced4ddcb4097134ff3c332f>
    <TaxCatchAll xmlns="de9a0b77-c405-4ddd-a92d-b6e6f5ec87a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49D1E1839C84C92472CA2D351A933" ma:contentTypeVersion="13" ma:contentTypeDescription="Create a new document." ma:contentTypeScope="" ma:versionID="4a5adece8072e5904ebe455bc3447ae5">
  <xsd:schema xmlns:xsd="http://www.w3.org/2001/XMLSchema" xmlns:xs="http://www.w3.org/2001/XMLSchema" xmlns:p="http://schemas.microsoft.com/office/2006/metadata/properties" xmlns:ns2="0e854f54-e5bb-4349-9a1f-d21618891112" xmlns:ns3="de9a0b77-c405-4ddd-a92d-b6e6f5ec87ae" targetNamespace="http://schemas.microsoft.com/office/2006/metadata/properties" ma:root="true" ma:fieldsID="2ff5528b47d3089610ffb748813f12dd" ns2:_="" ns3:_="">
    <xsd:import namespace="0e854f54-e5bb-4349-9a1f-d21618891112"/>
    <xsd:import namespace="de9a0b77-c405-4ddd-a92d-b6e6f5ec8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54f54-e5bb-4349-9a1f-d21618891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25c46f5-07aa-4fd7-9d87-3e3f7311e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a0b77-c405-4ddd-a92d-b6e6f5ec87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099aba-1714-4f38-b4a5-e9662bfba864}" ma:internalName="TaxCatchAll" ma:showField="CatchAllData" ma:web="de9a0b77-c405-4ddd-a92d-b6e6f5ec8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A943D3-8E09-444E-99C6-A2237D982D2B}">
  <ds:schemaRefs>
    <ds:schemaRef ds:uri="http://schemas.microsoft.com/office/2006/metadata/properties"/>
    <ds:schemaRef ds:uri="http://schemas.microsoft.com/office/infopath/2007/PartnerControls"/>
    <ds:schemaRef ds:uri="0e854f54-e5bb-4349-9a1f-d21618891112"/>
    <ds:schemaRef ds:uri="de9a0b77-c405-4ddd-a92d-b6e6f5ec87ae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736ACC-E1F2-4F10-A7D1-1AB6A7FD6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54f54-e5bb-4349-9a1f-d21618891112"/>
    <ds:schemaRef ds:uri="de9a0b77-c405-4ddd-a92d-b6e6f5ec8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956F98-6874-46B2-B03B-E5A0CF84BA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519</Words>
  <Characters>3115</Characters>
  <Application>Microsoft Office Word</Application>
  <DocSecurity>0</DocSecurity>
  <Lines>75</Lines>
  <Paragraphs>40</Paragraphs>
  <ScaleCrop>false</ScaleCrop>
  <Manager/>
  <Company/>
  <LinksUpToDate>false</LinksUpToDate>
  <CharactersWithSpaces>3594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Bond, Allie</cp:lastModifiedBy>
  <cp:revision>30</cp:revision>
  <dcterms:created xsi:type="dcterms:W3CDTF">2013-12-23T23:15:00Z</dcterms:created>
  <dcterms:modified xsi:type="dcterms:W3CDTF">2026-09-01T17:30:00Z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2026-03-16T15:30:47Z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427aadc1-b80f-4e5b-b650-5c2ed4d3f9ce</vt:lpwstr>
  </property>
  <property fmtid="{D5CDD505-2E9C-101B-9397-08002B2CF9AE}" pid="8" name="MSIP_Label_c62e0584-010f-4004-8a6a-d5c118c8b4bd_ContentBits">
    <vt:lpwstr>0</vt:lpwstr>
  </property>
  <property fmtid="{D5CDD505-2E9C-101B-9397-08002B2CF9AE}" pid="9" name="MSIP_Label_c62e0584-010f-4004-8a6a-d5c118c8b4bd_Tag">
    <vt:lpwstr>50, 3, 0, 1</vt:lpwstr>
  </property>
  <property fmtid="{D5CDD505-2E9C-101B-9397-08002B2CF9AE}" pid="10" name="ContentTypeId">
    <vt:lpwstr>0x01010050049D1E1839C84C92472CA2D351A933</vt:lpwstr>
  </property>
  <property fmtid="{D5CDD505-2E9C-101B-9397-08002B2CF9AE}" pid="11" name="docLang">
    <vt:lpwstr>en</vt:lpwstr>
  </property>
  <property fmtid="{D5CDD505-2E9C-101B-9397-08002B2CF9AE}" pid="12" name="MediaServiceImageTags">
    <vt:lpwstr/>
  </property>
</Properties>
</file>